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5EF" w:rsidRPr="003F6D1F" w:rsidRDefault="008915EF">
      <w:pPr>
        <w:rPr>
          <w:rFonts w:ascii="Georgia" w:hAnsi="Georgia"/>
          <w:sz w:val="22"/>
          <w:szCs w:val="22"/>
        </w:rPr>
      </w:pPr>
    </w:p>
    <w:tbl>
      <w:tblPr>
        <w:tblW w:w="1054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7978"/>
        <w:gridCol w:w="567"/>
      </w:tblGrid>
      <w:tr w:rsidR="003B6485" w:rsidRPr="003F6D1F" w:rsidTr="008915EF">
        <w:trPr>
          <w:trHeight w:hRule="exact" w:val="1481"/>
          <w:jc w:val="center"/>
        </w:trPr>
        <w:tc>
          <w:tcPr>
            <w:tcW w:w="1996" w:type="dxa"/>
            <w:tcBorders>
              <w:right w:val="single" w:sz="18" w:space="0" w:color="A88C5B"/>
            </w:tcBorders>
            <w:shd w:val="clear" w:color="auto" w:fill="051A17"/>
            <w:tcMar>
              <w:top w:w="220" w:type="dxa"/>
              <w:left w:w="120" w:type="dxa"/>
              <w:bottom w:w="220" w:type="dxa"/>
              <w:right w:w="120" w:type="dxa"/>
            </w:tcMar>
            <w:vAlign w:val="center"/>
          </w:tcPr>
          <w:p w:rsidR="003B6485" w:rsidRPr="00E55B86" w:rsidRDefault="00CD2FFC">
            <w:pPr>
              <w:spacing w:after="40"/>
              <w:jc w:val="center"/>
              <w:rPr>
                <w:rFonts w:ascii="Georgia" w:hAnsi="Georgia"/>
                <w:sz w:val="28"/>
                <w:szCs w:val="28"/>
              </w:rPr>
            </w:pPr>
            <w:r w:rsidRPr="00E55B86">
              <w:rPr>
                <w:rFonts w:ascii="Segoe UI Symbol" w:eastAsia="Cormorant Garamond" w:hAnsi="Segoe UI Symbol" w:cs="Segoe UI Symbol"/>
                <w:color w:val="A88C5B"/>
                <w:sz w:val="28"/>
                <w:szCs w:val="28"/>
              </w:rPr>
              <w:t>◈</w:t>
            </w:r>
          </w:p>
          <w:p w:rsidR="003B6485" w:rsidRPr="003F6D1F" w:rsidRDefault="00CD2FFC">
            <w:pPr>
              <w:spacing w:after="20"/>
              <w:jc w:val="center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FFFFFF"/>
                <w:sz w:val="22"/>
                <w:szCs w:val="22"/>
              </w:rPr>
              <w:t>NUOTRAUKA</w:t>
            </w:r>
          </w:p>
          <w:p w:rsidR="008915EF" w:rsidRPr="003F6D1F" w:rsidRDefault="008915EF" w:rsidP="008915EF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hAnsi="Georgia"/>
                <w:sz w:val="22"/>
                <w:szCs w:val="22"/>
              </w:rPr>
              <w:t>(neprivaloma)</w:t>
            </w:r>
          </w:p>
          <w:p w:rsidR="003B6485" w:rsidRPr="003F6D1F" w:rsidRDefault="003B648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7978" w:type="dxa"/>
            <w:shd w:val="clear" w:color="auto" w:fill="F4F1EA"/>
            <w:tcMar>
              <w:top w:w="170" w:type="dxa"/>
              <w:left w:w="230" w:type="dxa"/>
              <w:bottom w:w="170" w:type="dxa"/>
              <w:right w:w="80" w:type="dxa"/>
            </w:tcMar>
            <w:vAlign w:val="center"/>
          </w:tcPr>
          <w:p w:rsidR="003B6485" w:rsidRPr="003F6D1F" w:rsidRDefault="00CD2FFC">
            <w:pPr>
              <w:pStyle w:val="Title"/>
              <w:spacing w:line="228" w:lineRule="auto"/>
              <w:rPr>
                <w:rFonts w:ascii="Georgia" w:hAnsi="Georgia"/>
                <w:sz w:val="52"/>
              </w:rPr>
            </w:pPr>
            <w:r w:rsidRPr="003F6D1F">
              <w:rPr>
                <w:rFonts w:ascii="Georgia" w:eastAsia="Cormorant Garamond" w:hAnsi="Georgia"/>
                <w:sz w:val="52"/>
              </w:rPr>
              <w:t>VARDAS PAVARDĖ</w:t>
            </w:r>
          </w:p>
        </w:tc>
        <w:tc>
          <w:tcPr>
            <w:tcW w:w="567" w:type="dxa"/>
            <w:shd w:val="clear" w:color="auto" w:fill="F4F1EA"/>
            <w:tcMar>
              <w:top w:w="170" w:type="dxa"/>
              <w:left w:w="80" w:type="dxa"/>
              <w:bottom w:w="170" w:type="dxa"/>
              <w:right w:w="220" w:type="dxa"/>
            </w:tcMar>
            <w:vAlign w:val="center"/>
          </w:tcPr>
          <w:p w:rsidR="003B6485" w:rsidRPr="003F6D1F" w:rsidRDefault="003B6485">
            <w:pPr>
              <w:spacing w:line="252" w:lineRule="auto"/>
              <w:jc w:val="right"/>
              <w:rPr>
                <w:rFonts w:ascii="Georgia" w:hAnsi="Georgia"/>
                <w:sz w:val="22"/>
                <w:szCs w:val="22"/>
              </w:rPr>
            </w:pPr>
          </w:p>
        </w:tc>
      </w:tr>
    </w:tbl>
    <w:p w:rsidR="003B6485" w:rsidRPr="003F6D1F" w:rsidRDefault="003B6485">
      <w:pPr>
        <w:spacing w:after="20"/>
        <w:rPr>
          <w:rFonts w:ascii="Georgia" w:hAnsi="Georgia"/>
          <w:sz w:val="22"/>
          <w:szCs w:val="22"/>
        </w:rPr>
      </w:pPr>
    </w:p>
    <w:tbl>
      <w:tblPr>
        <w:tblW w:w="107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63"/>
        <w:gridCol w:w="8361"/>
      </w:tblGrid>
      <w:tr w:rsidR="003B6485" w:rsidRPr="003F6D1F" w:rsidTr="00E55B86">
        <w:trPr>
          <w:cantSplit/>
          <w:jc w:val="center"/>
        </w:trPr>
        <w:tc>
          <w:tcPr>
            <w:tcW w:w="2363" w:type="dxa"/>
            <w:tcMar>
              <w:top w:w="95" w:type="dxa"/>
              <w:left w:w="0" w:type="dxa"/>
              <w:bottom w:w="95" w:type="dxa"/>
              <w:right w:w="190" w:type="dxa"/>
            </w:tcMar>
          </w:tcPr>
          <w:p w:rsidR="003B6485" w:rsidRPr="00E55B86" w:rsidRDefault="00CD2FFC">
            <w:pPr>
              <w:rPr>
                <w:rFonts w:ascii="Georgia" w:hAnsi="Georgia"/>
              </w:rPr>
            </w:pPr>
            <w:r w:rsidRPr="00E55B86">
              <w:rPr>
                <w:rFonts w:ascii="Georgia" w:eastAsia="Inter" w:hAnsi="Georgia"/>
                <w:b/>
                <w:color w:val="051A17"/>
              </w:rPr>
              <w:t>KONTAKTAI</w:t>
            </w:r>
          </w:p>
        </w:tc>
        <w:tc>
          <w:tcPr>
            <w:tcW w:w="8361" w:type="dxa"/>
            <w:tcBorders>
              <w:bottom w:val="single" w:sz="8" w:space="0" w:color="A88C5B"/>
            </w:tcBorders>
            <w:tcMar>
              <w:top w:w="95" w:type="dxa"/>
              <w:left w:w="0" w:type="dxa"/>
              <w:bottom w:w="95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6"/>
              <w:gridCol w:w="4266"/>
            </w:tblGrid>
            <w:tr w:rsidR="003B6485" w:rsidRPr="003F6D1F">
              <w:tc>
                <w:tcPr>
                  <w:tcW w:w="4266" w:type="dxa"/>
                  <w:tcMar>
                    <w:top w:w="25" w:type="dxa"/>
                    <w:left w:w="0" w:type="dxa"/>
                    <w:bottom w:w="25" w:type="dxa"/>
                    <w:right w:w="120" w:type="dxa"/>
                  </w:tcMar>
                </w:tcPr>
                <w:p w:rsidR="003B6485" w:rsidRPr="003F6D1F" w:rsidRDefault="00CD2FFC">
                  <w:pPr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 xml:space="preserve">TELEFONAS  </w:t>
                  </w: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+370 6XX XXXXX</w:t>
                  </w:r>
                </w:p>
              </w:tc>
              <w:tc>
                <w:tcPr>
                  <w:tcW w:w="4266" w:type="dxa"/>
                  <w:tcMar>
                    <w:top w:w="25" w:type="dxa"/>
                    <w:left w:w="0" w:type="dxa"/>
                    <w:bottom w:w="25" w:type="dxa"/>
                    <w:right w:w="120" w:type="dxa"/>
                  </w:tcMar>
                </w:tcPr>
                <w:p w:rsidR="003B6485" w:rsidRPr="003F6D1F" w:rsidRDefault="00CD2FFC">
                  <w:pPr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 xml:space="preserve">MIESTAS  </w:t>
                  </w: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Miestas, Lietuva</w:t>
                  </w:r>
                </w:p>
              </w:tc>
            </w:tr>
            <w:tr w:rsidR="003B6485" w:rsidRPr="003F6D1F">
              <w:tc>
                <w:tcPr>
                  <w:tcW w:w="4266" w:type="dxa"/>
                  <w:tcMar>
                    <w:top w:w="25" w:type="dxa"/>
                    <w:left w:w="0" w:type="dxa"/>
                    <w:bottom w:w="25" w:type="dxa"/>
                    <w:right w:w="120" w:type="dxa"/>
                  </w:tcMar>
                </w:tcPr>
                <w:p w:rsidR="003B6485" w:rsidRPr="003F6D1F" w:rsidRDefault="00CD2FFC">
                  <w:pPr>
                    <w:rPr>
                      <w:rFonts w:ascii="Georgia" w:hAnsi="Georgia"/>
                      <w:sz w:val="22"/>
                      <w:szCs w:val="22"/>
                      <w:lang w:val="fr-FR"/>
                    </w:rPr>
                  </w:pPr>
                  <w:r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  <w:lang w:val="fr-FR"/>
                    </w:rPr>
                    <w:t xml:space="preserve">EL. PAŠTAS  </w:t>
                  </w: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  <w:lang w:val="fr-FR"/>
                    </w:rPr>
                    <w:t>vardas@pastas.lt</w:t>
                  </w:r>
                </w:p>
              </w:tc>
              <w:tc>
                <w:tcPr>
                  <w:tcW w:w="4266" w:type="dxa"/>
                  <w:tcMar>
                    <w:top w:w="25" w:type="dxa"/>
                    <w:left w:w="0" w:type="dxa"/>
                    <w:bottom w:w="25" w:type="dxa"/>
                    <w:right w:w="120" w:type="dxa"/>
                  </w:tcMar>
                </w:tcPr>
                <w:p w:rsidR="003B6485" w:rsidRPr="003F6D1F" w:rsidRDefault="008B1F17">
                  <w:pPr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>G</w:t>
                  </w:r>
                  <w:r w:rsidR="00CD2FFC"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>I</w:t>
                  </w:r>
                  <w:r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>MIMO METAI</w:t>
                  </w:r>
                  <w:r w:rsidR="00CD2FFC"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 xml:space="preserve">  </w:t>
                  </w:r>
                  <w:r w:rsidRPr="003F6D1F">
                    <w:rPr>
                      <w:rFonts w:ascii="Georgia" w:eastAsia="Inter" w:hAnsi="Georgia"/>
                      <w:sz w:val="22"/>
                      <w:szCs w:val="22"/>
                    </w:rPr>
                    <w:t>19XX m.</w:t>
                  </w:r>
                </w:p>
              </w:tc>
            </w:tr>
          </w:tbl>
          <w:p w:rsidR="003B6485" w:rsidRPr="003F6D1F" w:rsidRDefault="003B6485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3B6485" w:rsidRPr="003F6D1F" w:rsidTr="00E55B86">
        <w:trPr>
          <w:cantSplit/>
          <w:jc w:val="center"/>
        </w:trPr>
        <w:tc>
          <w:tcPr>
            <w:tcW w:w="2363" w:type="dxa"/>
            <w:tcMar>
              <w:top w:w="115" w:type="dxa"/>
              <w:left w:w="0" w:type="dxa"/>
              <w:bottom w:w="115" w:type="dxa"/>
              <w:right w:w="190" w:type="dxa"/>
            </w:tcMar>
          </w:tcPr>
          <w:p w:rsidR="003B6485" w:rsidRPr="00E55B86" w:rsidRDefault="00CD2FFC">
            <w:pPr>
              <w:rPr>
                <w:rFonts w:ascii="Georgia" w:hAnsi="Georgia"/>
              </w:rPr>
            </w:pPr>
            <w:r w:rsidRPr="00E55B86">
              <w:rPr>
                <w:rFonts w:ascii="Georgia" w:eastAsia="Inter" w:hAnsi="Georgia"/>
                <w:b/>
                <w:color w:val="051A17"/>
              </w:rPr>
              <w:t>APIE MANE</w:t>
            </w:r>
          </w:p>
        </w:tc>
        <w:tc>
          <w:tcPr>
            <w:tcW w:w="8361" w:type="dxa"/>
            <w:tcBorders>
              <w:bottom w:val="single" w:sz="8" w:space="0" w:color="A88C5B"/>
            </w:tcBorders>
            <w:tcMar>
              <w:top w:w="115" w:type="dxa"/>
              <w:left w:w="0" w:type="dxa"/>
              <w:bottom w:w="115" w:type="dxa"/>
              <w:right w:w="0" w:type="dxa"/>
            </w:tcMar>
          </w:tcPr>
          <w:p w:rsidR="00EF036F" w:rsidRPr="003F6D1F" w:rsidRDefault="00EF036F">
            <w:pPr>
              <w:spacing w:line="259" w:lineRule="auto"/>
              <w:rPr>
                <w:rFonts w:ascii="Georgia" w:eastAsia="Inter" w:hAnsi="Georgia"/>
                <w:i/>
                <w:sz w:val="22"/>
                <w:szCs w:val="22"/>
              </w:rPr>
            </w:pPr>
            <w:r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>(</w:t>
            </w:r>
            <w:r w:rsidR="00CD2FFC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 xml:space="preserve">2-4 sakiniais trumpai pristatykite savo profesinę patirtį, </w:t>
            </w:r>
            <w:r w:rsidR="008B1F17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>kokioje srityje esate stipriausias</w:t>
            </w:r>
            <w:r w:rsidR="00CD2FFC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 xml:space="preserve"> ir tai, kokio</w:t>
            </w:r>
            <w:r w:rsidR="008B1F17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 xml:space="preserve"> </w:t>
            </w:r>
            <w:r w:rsidR="00CD2FFC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>d</w:t>
            </w:r>
            <w:bookmarkStart w:id="0" w:name="_GoBack"/>
            <w:bookmarkEnd w:id="0"/>
            <w:r w:rsidR="00CD2FFC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 xml:space="preserve">arbo </w:t>
            </w:r>
            <w:r w:rsidR="008B1F17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  <w:lang w:val="lt-LT"/>
              </w:rPr>
              <w:t>š</w:t>
            </w:r>
            <w:r w:rsidR="008B1F17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 xml:space="preserve">iuo metu </w:t>
            </w:r>
            <w:r w:rsidR="00CD2FFC"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>ieškote.</w:t>
            </w:r>
            <w:r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>)</w:t>
            </w:r>
          </w:p>
        </w:tc>
      </w:tr>
      <w:tr w:rsidR="003B6485" w:rsidRPr="003F6D1F" w:rsidTr="00E55B86">
        <w:trPr>
          <w:cantSplit/>
          <w:jc w:val="center"/>
        </w:trPr>
        <w:tc>
          <w:tcPr>
            <w:tcW w:w="2363" w:type="dxa"/>
            <w:tcMar>
              <w:top w:w="115" w:type="dxa"/>
              <w:left w:w="0" w:type="dxa"/>
              <w:bottom w:w="115" w:type="dxa"/>
              <w:right w:w="190" w:type="dxa"/>
            </w:tcMar>
          </w:tcPr>
          <w:p w:rsidR="003B6485" w:rsidRPr="00E55B86" w:rsidRDefault="00CD2FFC">
            <w:pPr>
              <w:rPr>
                <w:rFonts w:ascii="Georgia" w:eastAsia="Inter" w:hAnsi="Georgia"/>
                <w:b/>
                <w:color w:val="051A17"/>
                <w:lang w:val="fr-FR"/>
              </w:rPr>
            </w:pPr>
            <w:r w:rsidRPr="00E55B86">
              <w:rPr>
                <w:rFonts w:ascii="Georgia" w:eastAsia="Inter" w:hAnsi="Georgia"/>
                <w:b/>
                <w:color w:val="051A17"/>
                <w:lang w:val="fr-FR"/>
              </w:rPr>
              <w:t>DARBO PATIRTIS</w:t>
            </w:r>
          </w:p>
          <w:p w:rsidR="008B1F17" w:rsidRPr="003F6D1F" w:rsidRDefault="008B1F17">
            <w:pPr>
              <w:rPr>
                <w:rFonts w:ascii="Georgia" w:hAnsi="Georgia"/>
                <w:sz w:val="22"/>
                <w:szCs w:val="22"/>
                <w:lang w:val="fr-FR"/>
              </w:rPr>
            </w:pPr>
          </w:p>
          <w:p w:rsidR="008B1F17" w:rsidRPr="003F6D1F" w:rsidRDefault="00EF036F">
            <w:pPr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 xml:space="preserve">Nuo </w:t>
            </w:r>
            <w:r w:rsidR="008B1F17"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>20XX</w:t>
            </w: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 xml:space="preserve"> 02 m</w:t>
            </w: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lt-LT"/>
              </w:rPr>
              <w:t xml:space="preserve">ėn </w:t>
            </w: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>–</w:t>
            </w:r>
            <w:r w:rsidR="008B1F17"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 xml:space="preserve"> </w:t>
            </w: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 xml:space="preserve">iki </w:t>
            </w:r>
            <w:r w:rsidR="008B1F17"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>dabar</w:t>
            </w:r>
          </w:p>
          <w:p w:rsidR="0026176E" w:rsidRPr="003F6D1F" w:rsidRDefault="0026176E">
            <w:pPr>
              <w:rPr>
                <w:rFonts w:ascii="Georgia" w:hAnsi="Georgia"/>
                <w:sz w:val="22"/>
                <w:szCs w:val="22"/>
                <w:lang w:val="fr-FR"/>
              </w:rPr>
            </w:pPr>
          </w:p>
          <w:p w:rsidR="0026176E" w:rsidRPr="003F6D1F" w:rsidRDefault="0026176E">
            <w:pPr>
              <w:rPr>
                <w:rFonts w:ascii="Georgia" w:hAnsi="Georgia"/>
                <w:sz w:val="22"/>
                <w:szCs w:val="22"/>
                <w:lang w:val="fr-FR"/>
              </w:rPr>
            </w:pPr>
          </w:p>
          <w:p w:rsidR="0026176E" w:rsidRPr="003F6D1F" w:rsidRDefault="0026176E">
            <w:pPr>
              <w:rPr>
                <w:rFonts w:ascii="Georgia" w:hAnsi="Georgia"/>
                <w:sz w:val="22"/>
                <w:szCs w:val="22"/>
                <w:lang w:val="fr-FR"/>
              </w:rPr>
            </w:pPr>
          </w:p>
          <w:p w:rsidR="00FC2E8F" w:rsidRPr="003F6D1F" w:rsidRDefault="00FC2E8F" w:rsidP="0026176E">
            <w:pPr>
              <w:keepNext/>
              <w:spacing w:before="80" w:after="24"/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</w:pPr>
          </w:p>
          <w:p w:rsidR="0026176E" w:rsidRPr="003F6D1F" w:rsidRDefault="0026176E" w:rsidP="0026176E">
            <w:pPr>
              <w:keepNext/>
              <w:spacing w:before="80" w:after="24"/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>20XX</w:t>
            </w:r>
            <w:r w:rsidR="00FC2E8F"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 xml:space="preserve"> –</w:t>
            </w: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 xml:space="preserve"> 20XX</w:t>
            </w:r>
          </w:p>
          <w:p w:rsidR="0026176E" w:rsidRPr="003F6D1F" w:rsidRDefault="0026176E">
            <w:pPr>
              <w:rPr>
                <w:rFonts w:ascii="Georgia" w:hAnsi="Georgia"/>
                <w:sz w:val="22"/>
                <w:szCs w:val="22"/>
              </w:rPr>
            </w:pPr>
          </w:p>
          <w:p w:rsidR="00FC2E8F" w:rsidRPr="003F6D1F" w:rsidRDefault="00FC2E8F">
            <w:pPr>
              <w:rPr>
                <w:rFonts w:ascii="Georgia" w:hAnsi="Georgia"/>
                <w:sz w:val="22"/>
                <w:szCs w:val="22"/>
              </w:rPr>
            </w:pPr>
          </w:p>
          <w:p w:rsidR="00FC2E8F" w:rsidRPr="003F6D1F" w:rsidRDefault="00FC2E8F">
            <w:pPr>
              <w:rPr>
                <w:rFonts w:ascii="Georgia" w:hAnsi="Georgia"/>
                <w:sz w:val="22"/>
                <w:szCs w:val="22"/>
              </w:rPr>
            </w:pPr>
          </w:p>
          <w:p w:rsidR="00FC2E8F" w:rsidRDefault="00FC2E8F">
            <w:pPr>
              <w:rPr>
                <w:rFonts w:ascii="Georgia" w:hAnsi="Georgia"/>
                <w:sz w:val="22"/>
                <w:szCs w:val="22"/>
              </w:rPr>
            </w:pPr>
          </w:p>
          <w:p w:rsidR="00E55B86" w:rsidRPr="003F6D1F" w:rsidRDefault="00E55B86">
            <w:pPr>
              <w:rPr>
                <w:rFonts w:ascii="Georgia" w:hAnsi="Georgia"/>
                <w:sz w:val="22"/>
                <w:szCs w:val="22"/>
              </w:rPr>
            </w:pPr>
          </w:p>
          <w:p w:rsidR="00FC2E8F" w:rsidRPr="003F6D1F" w:rsidRDefault="00FC2E8F" w:rsidP="00FC2E8F">
            <w:pPr>
              <w:keepNext/>
              <w:spacing w:before="80" w:after="24"/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>20XX – 20XX</w:t>
            </w:r>
          </w:p>
          <w:p w:rsidR="00FC2E8F" w:rsidRPr="003F6D1F" w:rsidRDefault="00FC2E8F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8361" w:type="dxa"/>
            <w:tcBorders>
              <w:bottom w:val="single" w:sz="8" w:space="0" w:color="A88C5B"/>
            </w:tcBorders>
            <w:tcMar>
              <w:top w:w="115" w:type="dxa"/>
              <w:left w:w="0" w:type="dxa"/>
              <w:bottom w:w="115" w:type="dxa"/>
              <w:right w:w="0" w:type="dxa"/>
            </w:tcMar>
          </w:tcPr>
          <w:p w:rsidR="00EF036F" w:rsidRPr="00E55B86" w:rsidRDefault="00EF036F">
            <w:pPr>
              <w:keepNext/>
              <w:spacing w:after="24"/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</w:pPr>
            <w:r w:rsidRPr="00E55B86">
              <w:rPr>
                <w:rFonts w:ascii="Georgia" w:eastAsia="Inter" w:hAnsi="Georgia"/>
                <w:i/>
                <w:color w:val="000000" w:themeColor="text1"/>
                <w:sz w:val="22"/>
                <w:szCs w:val="22"/>
              </w:rPr>
              <w:t>(Pirmiausia parašykite dabartinę darbovietę arba paskutinę, kurioje dirbote. Šį tekstą skliausteliuose ištrinkite)</w:t>
            </w:r>
          </w:p>
          <w:p w:rsidR="00E55B86" w:rsidRPr="003F6D1F" w:rsidRDefault="00E55B86">
            <w:pPr>
              <w:keepNext/>
              <w:spacing w:after="24"/>
              <w:rPr>
                <w:rFonts w:ascii="Georgia" w:eastAsia="Inter" w:hAnsi="Georgia"/>
                <w:i/>
                <w:color w:val="A6A6A6" w:themeColor="background1" w:themeShade="A6"/>
                <w:sz w:val="22"/>
                <w:szCs w:val="22"/>
              </w:rPr>
            </w:pPr>
          </w:p>
          <w:p w:rsidR="003B6485" w:rsidRPr="003F6D1F" w:rsidRDefault="00EF036F">
            <w:pPr>
              <w:keepNext/>
              <w:spacing w:after="24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051A17"/>
                <w:sz w:val="22"/>
                <w:szCs w:val="22"/>
              </w:rPr>
              <w:t>PAREIGŲ PAVADINIMAS</w:t>
            </w:r>
            <w:r w:rsidR="00D45585" w:rsidRPr="003F6D1F">
              <w:rPr>
                <w:rFonts w:ascii="Georgia" w:eastAsia="Inter" w:hAnsi="Georgia"/>
                <w:b/>
                <w:color w:val="051A17"/>
                <w:sz w:val="22"/>
                <w:szCs w:val="22"/>
              </w:rPr>
              <w:t xml:space="preserve"> (</w:t>
            </w:r>
            <w:r w:rsidR="00D45585" w:rsidRPr="003F6D1F">
              <w:rPr>
                <w:rFonts w:ascii="Georgia" w:eastAsia="Inter" w:hAnsi="Georgia"/>
                <w:sz w:val="22"/>
                <w:szCs w:val="22"/>
              </w:rPr>
              <w:t xml:space="preserve">pvz.: </w:t>
            </w:r>
            <w:r w:rsidR="00D45585" w:rsidRPr="003F6D1F">
              <w:rPr>
                <w:rFonts w:ascii="Georgia" w:eastAsia="Inter" w:hAnsi="Georgia"/>
                <w:b/>
                <w:sz w:val="22"/>
                <w:szCs w:val="22"/>
              </w:rPr>
              <w:t>STALIUS – BALDŽIUS</w:t>
            </w:r>
            <w:r w:rsidR="00D45585" w:rsidRPr="003F6D1F">
              <w:rPr>
                <w:rFonts w:ascii="Georgia" w:eastAsia="Inter" w:hAnsi="Georgia"/>
                <w:sz w:val="22"/>
                <w:szCs w:val="22"/>
              </w:rPr>
              <w:t>)</w:t>
            </w:r>
          </w:p>
          <w:p w:rsidR="003B6485" w:rsidRPr="003F6D1F" w:rsidRDefault="00CD2FFC">
            <w:pPr>
              <w:keepNext/>
              <w:spacing w:after="56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202624"/>
                <w:sz w:val="22"/>
                <w:szCs w:val="22"/>
              </w:rPr>
              <w:t>Įmonės pavadinimas</w:t>
            </w:r>
            <w:r w:rsidRPr="003F6D1F">
              <w:rPr>
                <w:rFonts w:ascii="Georgia" w:eastAsia="Inter" w:hAnsi="Georgia"/>
                <w:color w:val="68716E"/>
                <w:sz w:val="22"/>
                <w:szCs w:val="22"/>
              </w:rPr>
              <w:t xml:space="preserve">  |  Miestas</w:t>
            </w:r>
          </w:p>
          <w:p w:rsidR="003B6485" w:rsidRPr="003F6D1F" w:rsidRDefault="00CD2FFC">
            <w:pPr>
              <w:spacing w:after="30" w:line="250" w:lineRule="auto"/>
              <w:ind w:left="272" w:hanging="159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 </w:t>
            </w:r>
            <w:r w:rsidR="00D45585" w:rsidRPr="003F6D1F">
              <w:rPr>
                <w:rFonts w:ascii="Georgia" w:eastAsia="Inter" w:hAnsi="Georgia"/>
                <w:sz w:val="22"/>
                <w:szCs w:val="22"/>
              </w:rPr>
              <w:t>(Kuo užsiima šį įmonė, pvz.: Įmonės veikla - Prekyba baldais)</w:t>
            </w:r>
          </w:p>
          <w:p w:rsidR="00D45585" w:rsidRPr="003F6D1F" w:rsidRDefault="0026176E" w:rsidP="00D45585">
            <w:pPr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 xml:space="preserve">  </w:t>
            </w:r>
            <w:r w:rsidR="00CD2FFC"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 w:rsidR="00CD2FFC"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 </w:t>
            </w:r>
            <w:r w:rsidR="00D45585" w:rsidRPr="003F6D1F">
              <w:rPr>
                <w:rFonts w:ascii="Georgia" w:eastAsia="Inter" w:hAnsi="Georgia"/>
                <w:sz w:val="22"/>
                <w:szCs w:val="22"/>
              </w:rPr>
              <w:t>(</w:t>
            </w:r>
            <w:r w:rsidR="00D45585"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>Pagrindinė atsakomybė</w:t>
            </w:r>
            <w:r w:rsidR="00D45585" w:rsidRPr="003F6D1F">
              <w:rPr>
                <w:rFonts w:ascii="Georgia" w:eastAsia="Inter" w:hAnsi="Georgia"/>
                <w:sz w:val="22"/>
                <w:szCs w:val="22"/>
              </w:rPr>
              <w:t xml:space="preserve">, pvz.: </w:t>
            </w:r>
            <w:r w:rsidR="00D45585" w:rsidRPr="003F6D1F">
              <w:rPr>
                <w:rFonts w:ascii="Georgia" w:hAnsi="Georgia"/>
                <w:sz w:val="22"/>
                <w:szCs w:val="22"/>
              </w:rPr>
              <w:t>Baldų ir jų detalių gamyba pagal brėžinius</w:t>
            </w:r>
            <w:r w:rsidR="008915EF" w:rsidRPr="003F6D1F">
              <w:rPr>
                <w:rFonts w:ascii="Georgia" w:hAnsi="Georgia"/>
                <w:sz w:val="22"/>
                <w:szCs w:val="22"/>
              </w:rPr>
              <w:t>)</w:t>
            </w:r>
          </w:p>
          <w:p w:rsidR="0026176E" w:rsidRPr="003F6D1F" w:rsidRDefault="0026176E" w:rsidP="0026176E">
            <w:pPr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 xml:space="preserve">  </w:t>
            </w:r>
            <w:r w:rsidR="00CD2FFC"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 w:rsidR="00CD2FFC"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 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(pvz.: </w:t>
            </w:r>
            <w:r w:rsidRPr="003F6D1F">
              <w:rPr>
                <w:rFonts w:ascii="Georgia" w:hAnsi="Georgia"/>
                <w:sz w:val="22"/>
                <w:szCs w:val="22"/>
              </w:rPr>
              <w:t>Detalių pjovimas, gręžimas, frezavimas, šlifavimas ir baldų surinkimas)</w:t>
            </w:r>
          </w:p>
          <w:p w:rsidR="003B6485" w:rsidRPr="003F6D1F" w:rsidRDefault="003B6485">
            <w:pPr>
              <w:spacing w:after="30" w:line="250" w:lineRule="auto"/>
              <w:ind w:left="272" w:hanging="159"/>
              <w:rPr>
                <w:rFonts w:ascii="Georgia" w:hAnsi="Georgia"/>
                <w:sz w:val="22"/>
                <w:szCs w:val="22"/>
              </w:rPr>
            </w:pPr>
          </w:p>
          <w:p w:rsidR="0026176E" w:rsidRPr="003F6D1F" w:rsidRDefault="0026176E">
            <w:pPr>
              <w:keepNext/>
              <w:spacing w:after="56"/>
              <w:rPr>
                <w:rFonts w:ascii="Georgia" w:eastAsia="Inter" w:hAnsi="Georgia"/>
                <w:b/>
                <w:color w:val="051A17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051A17"/>
                <w:sz w:val="22"/>
                <w:szCs w:val="22"/>
              </w:rPr>
              <w:t xml:space="preserve">PAREIGŲ PAVADINIMAS </w:t>
            </w:r>
          </w:p>
          <w:p w:rsidR="003B6485" w:rsidRPr="003F6D1F" w:rsidRDefault="00CD2FFC">
            <w:pPr>
              <w:keepNext/>
              <w:spacing w:after="56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202624"/>
                <w:sz w:val="22"/>
                <w:szCs w:val="22"/>
              </w:rPr>
              <w:t>Įmonės pavadinimas</w:t>
            </w:r>
            <w:r w:rsidR="0026176E" w:rsidRPr="003F6D1F">
              <w:rPr>
                <w:rFonts w:ascii="Georgia" w:eastAsia="Inter" w:hAnsi="Georgia"/>
                <w:b/>
                <w:color w:val="202624"/>
                <w:sz w:val="22"/>
                <w:szCs w:val="22"/>
              </w:rPr>
              <w:t xml:space="preserve"> </w:t>
            </w:r>
            <w:r w:rsidRPr="003F6D1F">
              <w:rPr>
                <w:rFonts w:ascii="Georgia" w:eastAsia="Inter" w:hAnsi="Georgia"/>
                <w:color w:val="68716E"/>
                <w:sz w:val="22"/>
                <w:szCs w:val="22"/>
              </w:rPr>
              <w:t xml:space="preserve"> |  Miestas</w:t>
            </w:r>
          </w:p>
          <w:p w:rsidR="003B6485" w:rsidRPr="003F6D1F" w:rsidRDefault="00CD2FFC">
            <w:pPr>
              <w:spacing w:after="30" w:line="250" w:lineRule="auto"/>
              <w:ind w:left="272" w:hanging="159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</w:t>
            </w:r>
            <w:r w:rsidR="0026176E"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(</w:t>
            </w:r>
            <w:r w:rsidR="0026176E" w:rsidRPr="003F6D1F">
              <w:rPr>
                <w:rFonts w:ascii="Georgia" w:eastAsia="Inter" w:hAnsi="Georgia"/>
                <w:sz w:val="22"/>
                <w:szCs w:val="22"/>
              </w:rPr>
              <w:t>Kuo užsiima šį įmonė)</w:t>
            </w:r>
          </w:p>
          <w:p w:rsidR="003B6485" w:rsidRPr="003F6D1F" w:rsidRDefault="00CD2FFC">
            <w:pPr>
              <w:spacing w:after="30" w:line="250" w:lineRule="auto"/>
              <w:ind w:left="272" w:hanging="159"/>
              <w:rPr>
                <w:rFonts w:ascii="Georgia" w:eastAsia="Inter" w:hAnsi="Georgia"/>
                <w:color w:val="202624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 </w:t>
            </w:r>
            <w:r w:rsidR="0026176E"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>(Pagrindinė atsakomybė)</w:t>
            </w:r>
          </w:p>
          <w:p w:rsidR="0026176E" w:rsidRPr="003F6D1F" w:rsidRDefault="0026176E">
            <w:pPr>
              <w:spacing w:after="30" w:line="250" w:lineRule="auto"/>
              <w:ind w:left="272" w:hanging="159"/>
              <w:rPr>
                <w:rFonts w:ascii="Georgia" w:hAnsi="Georgia"/>
                <w:sz w:val="22"/>
                <w:szCs w:val="22"/>
              </w:rPr>
            </w:pPr>
          </w:p>
          <w:p w:rsidR="00FC2E8F" w:rsidRPr="003F6D1F" w:rsidRDefault="00FC2E8F" w:rsidP="00FC2E8F">
            <w:pPr>
              <w:keepNext/>
              <w:spacing w:after="56"/>
              <w:rPr>
                <w:rFonts w:ascii="Georgia" w:eastAsia="Inter" w:hAnsi="Georgia"/>
                <w:b/>
                <w:color w:val="051A17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051A17"/>
                <w:sz w:val="22"/>
                <w:szCs w:val="22"/>
              </w:rPr>
              <w:t xml:space="preserve">PAREIGŲ PAVADINIMAS </w:t>
            </w:r>
          </w:p>
          <w:p w:rsidR="00FC2E8F" w:rsidRPr="003F6D1F" w:rsidRDefault="00FC2E8F" w:rsidP="00FC2E8F">
            <w:pPr>
              <w:keepNext/>
              <w:spacing w:after="56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202624"/>
                <w:sz w:val="22"/>
                <w:szCs w:val="22"/>
              </w:rPr>
              <w:t xml:space="preserve">Įmonės pavadinimas </w:t>
            </w:r>
            <w:r w:rsidRPr="003F6D1F">
              <w:rPr>
                <w:rFonts w:ascii="Georgia" w:eastAsia="Inter" w:hAnsi="Georgia"/>
                <w:color w:val="68716E"/>
                <w:sz w:val="22"/>
                <w:szCs w:val="22"/>
              </w:rPr>
              <w:t xml:space="preserve"> |  Miestas</w:t>
            </w:r>
          </w:p>
          <w:p w:rsidR="00FC2E8F" w:rsidRPr="003F6D1F" w:rsidRDefault="00FC2E8F" w:rsidP="00FC2E8F">
            <w:pPr>
              <w:spacing w:after="30" w:line="250" w:lineRule="auto"/>
              <w:ind w:left="272" w:hanging="159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 (</w:t>
            </w:r>
            <w:r w:rsidRPr="003F6D1F">
              <w:rPr>
                <w:rFonts w:ascii="Georgia" w:eastAsia="Inter" w:hAnsi="Georgia"/>
                <w:sz w:val="22"/>
                <w:szCs w:val="22"/>
              </w:rPr>
              <w:t>Kuo užsiima šį įmonė)</w:t>
            </w:r>
          </w:p>
          <w:p w:rsidR="0026176E" w:rsidRPr="003F6D1F" w:rsidRDefault="00FC2E8F" w:rsidP="00FC2E8F">
            <w:pPr>
              <w:spacing w:after="30" w:line="250" w:lineRule="auto"/>
              <w:ind w:left="272" w:hanging="159"/>
              <w:rPr>
                <w:rFonts w:ascii="Georgia" w:eastAsia="Inter" w:hAnsi="Georgia"/>
                <w:color w:val="202624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 xml:space="preserve">  (Pagrindinė atsakomybė)</w:t>
            </w:r>
          </w:p>
        </w:tc>
      </w:tr>
      <w:tr w:rsidR="003B6485" w:rsidRPr="003F6D1F" w:rsidTr="00E55B86">
        <w:trPr>
          <w:cantSplit/>
          <w:jc w:val="center"/>
        </w:trPr>
        <w:tc>
          <w:tcPr>
            <w:tcW w:w="2363" w:type="dxa"/>
            <w:tcMar>
              <w:top w:w="115" w:type="dxa"/>
              <w:left w:w="0" w:type="dxa"/>
              <w:bottom w:w="115" w:type="dxa"/>
              <w:right w:w="190" w:type="dxa"/>
            </w:tcMar>
          </w:tcPr>
          <w:p w:rsidR="00FC2E8F" w:rsidRPr="00E55B86" w:rsidRDefault="00CD2FFC">
            <w:pPr>
              <w:rPr>
                <w:rFonts w:ascii="Georgia" w:eastAsia="Inter" w:hAnsi="Georgia"/>
                <w:b/>
                <w:color w:val="051A17"/>
              </w:rPr>
            </w:pPr>
            <w:r w:rsidRPr="00E55B86">
              <w:rPr>
                <w:rFonts w:ascii="Georgia" w:eastAsia="Inter" w:hAnsi="Georgia"/>
                <w:b/>
                <w:color w:val="051A17"/>
              </w:rPr>
              <w:t>IŠSILAVINIMAS</w:t>
            </w:r>
          </w:p>
          <w:p w:rsidR="007D7C54" w:rsidRPr="003F6D1F" w:rsidRDefault="007D7C54">
            <w:pPr>
              <w:rPr>
                <w:rFonts w:ascii="Georgia" w:eastAsia="Inter" w:hAnsi="Georgia"/>
                <w:b/>
                <w:color w:val="A88C5B"/>
                <w:sz w:val="22"/>
                <w:szCs w:val="22"/>
              </w:rPr>
            </w:pPr>
          </w:p>
          <w:p w:rsidR="00FC2E8F" w:rsidRPr="003F6D1F" w:rsidRDefault="00FC2E8F">
            <w:pPr>
              <w:rPr>
                <w:rFonts w:ascii="Georgia" w:eastAsia="Inter" w:hAnsi="Georgia"/>
                <w:b/>
                <w:color w:val="A88C5B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20XX-20XX</w:t>
            </w:r>
          </w:p>
          <w:p w:rsidR="00FC2E8F" w:rsidRPr="003F6D1F" w:rsidRDefault="00FC2E8F">
            <w:pPr>
              <w:rPr>
                <w:rFonts w:ascii="Georgia" w:hAnsi="Georgia"/>
                <w:sz w:val="22"/>
                <w:szCs w:val="22"/>
              </w:rPr>
            </w:pPr>
          </w:p>
          <w:p w:rsidR="003F6D1F" w:rsidRDefault="003F6D1F">
            <w:pPr>
              <w:rPr>
                <w:rFonts w:ascii="Georgia" w:hAnsi="Georgia"/>
                <w:sz w:val="22"/>
                <w:szCs w:val="22"/>
              </w:rPr>
            </w:pPr>
          </w:p>
          <w:p w:rsidR="00E55B86" w:rsidRPr="00E55B86" w:rsidRDefault="00E55B86">
            <w:pPr>
              <w:rPr>
                <w:rFonts w:ascii="Georgia" w:hAnsi="Georgia"/>
                <w:sz w:val="10"/>
                <w:szCs w:val="10"/>
              </w:rPr>
            </w:pPr>
          </w:p>
          <w:p w:rsidR="003F6D1F" w:rsidRPr="00E55B86" w:rsidRDefault="003F6D1F" w:rsidP="003F6D1F">
            <w:pPr>
              <w:rPr>
                <w:rFonts w:ascii="Georgia" w:hAnsi="Georgia"/>
                <w:b/>
                <w:sz w:val="22"/>
                <w:szCs w:val="22"/>
              </w:rPr>
            </w:pPr>
            <w:r w:rsidRPr="00E55B86">
              <w:rPr>
                <w:rFonts w:ascii="Georgia" w:hAnsi="Georgia"/>
                <w:b/>
                <w:sz w:val="22"/>
                <w:szCs w:val="22"/>
              </w:rPr>
              <w:t>KOMPIUTERINIAI ĮGŪDŽIAI</w:t>
            </w:r>
          </w:p>
          <w:p w:rsidR="003F6D1F" w:rsidRPr="003F6D1F" w:rsidRDefault="003F6D1F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8361" w:type="dxa"/>
            <w:tcBorders>
              <w:bottom w:val="single" w:sz="8" w:space="0" w:color="A88C5B"/>
            </w:tcBorders>
            <w:tcMar>
              <w:top w:w="115" w:type="dxa"/>
              <w:left w:w="0" w:type="dxa"/>
              <w:bottom w:w="115" w:type="dxa"/>
              <w:right w:w="0" w:type="dxa"/>
            </w:tcMar>
          </w:tcPr>
          <w:p w:rsidR="00FC2E8F" w:rsidRPr="00E55B86" w:rsidRDefault="00FC2E8F">
            <w:pPr>
              <w:keepNext/>
              <w:spacing w:after="24"/>
              <w:rPr>
                <w:rFonts w:ascii="Georgia" w:eastAsia="Inter" w:hAnsi="Georgia"/>
                <w:b/>
                <w:color w:val="051A17"/>
                <w:sz w:val="6"/>
                <w:szCs w:val="6"/>
              </w:rPr>
            </w:pPr>
          </w:p>
          <w:p w:rsidR="003B6485" w:rsidRPr="003F6D1F" w:rsidRDefault="00CD2FFC">
            <w:pPr>
              <w:keepNext/>
              <w:spacing w:after="24"/>
              <w:rPr>
                <w:rFonts w:ascii="Georgia" w:hAnsi="Georgia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b/>
                <w:color w:val="051A17"/>
                <w:sz w:val="22"/>
                <w:szCs w:val="22"/>
              </w:rPr>
              <w:t>Mokymo įstaiga</w:t>
            </w:r>
          </w:p>
          <w:p w:rsidR="003B6485" w:rsidRPr="003F6D1F" w:rsidRDefault="00FC2E8F">
            <w:pPr>
              <w:spacing w:after="68"/>
              <w:rPr>
                <w:rFonts w:ascii="Georgia" w:eastAsia="Inter" w:hAnsi="Georgia"/>
                <w:color w:val="202624"/>
                <w:sz w:val="22"/>
                <w:szCs w:val="22"/>
              </w:rPr>
            </w:pP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>(</w:t>
            </w:r>
            <w:r w:rsidR="00CD2FFC"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>Studijų programa, kvalifikacija arba laipsnis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t>)</w:t>
            </w:r>
            <w:r w:rsidRPr="003F6D1F">
              <w:rPr>
                <w:rFonts w:ascii="Georgia" w:eastAsia="Inter" w:hAnsi="Georgia"/>
                <w:color w:val="202624"/>
                <w:sz w:val="22"/>
                <w:szCs w:val="22"/>
              </w:rPr>
              <w:br/>
              <w:t>(Specialybė)</w:t>
            </w:r>
          </w:p>
          <w:p w:rsidR="00E55B86" w:rsidRDefault="00E55B86" w:rsidP="003F6D1F">
            <w:pPr>
              <w:rPr>
                <w:rFonts w:ascii="Georgia" w:eastAsia="Inter" w:hAnsi="Georgia"/>
                <w:color w:val="202624"/>
                <w:sz w:val="22"/>
                <w:szCs w:val="22"/>
              </w:rPr>
            </w:pPr>
          </w:p>
          <w:p w:rsidR="00E55B86" w:rsidRDefault="00E55B86" w:rsidP="003F6D1F">
            <w:pPr>
              <w:rPr>
                <w:rFonts w:ascii="Georgia" w:eastAsia="Inter" w:hAnsi="Georgia"/>
                <w:color w:val="202624"/>
                <w:sz w:val="22"/>
                <w:szCs w:val="22"/>
              </w:rPr>
            </w:pPr>
            <w:r w:rsidRPr="003F6D1F">
              <w:rPr>
                <w:rFonts w:ascii="Georgia" w:hAnsi="Georg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FF58DD" wp14:editId="4901091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86572</wp:posOffset>
                      </wp:positionV>
                      <wp:extent cx="5317067" cy="0"/>
                      <wp:effectExtent l="0" t="0" r="17145" b="1270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1706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A88C5B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235A4A9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6.8pt" to="420.5pt,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" strokecolor="#a88c5b"/>
                  </w:pict>
                </mc:Fallback>
              </mc:AlternateContent>
            </w:r>
          </w:p>
          <w:p w:rsidR="00E55B86" w:rsidRPr="00E55B86" w:rsidRDefault="00E55B86" w:rsidP="00E55B86">
            <w:pPr>
              <w:rPr>
                <w:rFonts w:ascii="Georgia" w:eastAsia="Inter" w:hAnsi="Georgia"/>
                <w:b/>
                <w:color w:val="A88C5B"/>
                <w:sz w:val="6"/>
                <w:szCs w:val="6"/>
              </w:rPr>
            </w:pPr>
          </w:p>
          <w:p w:rsidR="00E55B86" w:rsidRDefault="00E55B86" w:rsidP="00E55B86"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>
              <w:t xml:space="preserve">  </w:t>
            </w:r>
            <w:r>
              <w:rPr>
                <w:rStyle w:val="Strong"/>
              </w:rPr>
              <w:t>Microsoft Word</w:t>
            </w:r>
            <w:r>
              <w:t xml:space="preserve"> – dokumentų rengimas ir formatavimas. </w:t>
            </w:r>
          </w:p>
          <w:p w:rsidR="00E55B86" w:rsidRPr="00E55B86" w:rsidRDefault="00E55B86" w:rsidP="00E55B86">
            <w:pPr>
              <w:rPr>
                <w:lang w:val="fr-FR"/>
              </w:rPr>
            </w:pPr>
            <w:r w:rsidRPr="00E55B86">
              <w:rPr>
                <w:rFonts w:ascii="Georgia" w:eastAsia="Inter" w:hAnsi="Georgia"/>
                <w:b/>
                <w:color w:val="A88C5B"/>
                <w:sz w:val="22"/>
                <w:szCs w:val="22"/>
                <w:lang w:val="fr-FR"/>
              </w:rPr>
              <w:t>•</w:t>
            </w:r>
            <w:r w:rsidRPr="00E55B86">
              <w:rPr>
                <w:lang w:val="fr-FR"/>
              </w:rPr>
              <w:t xml:space="preserve">  </w:t>
            </w:r>
            <w:r w:rsidRPr="00E55B86">
              <w:rPr>
                <w:rStyle w:val="Strong"/>
                <w:lang w:val="fr-FR"/>
              </w:rPr>
              <w:t>Microsoft Excel</w:t>
            </w:r>
            <w:r w:rsidRPr="00E55B86">
              <w:rPr>
                <w:lang w:val="fr-FR"/>
              </w:rPr>
              <w:t xml:space="preserve"> – lentelės, pagrindinės formulės, duomenų filtravimas. </w:t>
            </w:r>
          </w:p>
          <w:p w:rsidR="003F6D1F" w:rsidRDefault="00E55B86" w:rsidP="003F6D1F">
            <w:r w:rsidRPr="003F6D1F">
              <w:rPr>
                <w:rFonts w:ascii="Georgia" w:eastAsia="Inter" w:hAnsi="Georgia"/>
                <w:b/>
                <w:color w:val="A88C5B"/>
                <w:sz w:val="22"/>
                <w:szCs w:val="22"/>
              </w:rPr>
              <w:t>•</w:t>
            </w:r>
            <w:r>
              <w:t xml:space="preserve">  </w:t>
            </w:r>
            <w:r>
              <w:rPr>
                <w:rStyle w:val="Strong"/>
              </w:rPr>
              <w:t>Microsoft Outlook</w:t>
            </w:r>
            <w:r>
              <w:t xml:space="preserve"> – el. paštas ir susitikimų planavimas.</w:t>
            </w:r>
          </w:p>
          <w:p w:rsidR="00E55B86" w:rsidRPr="00E55B86" w:rsidRDefault="00E55B86" w:rsidP="003F6D1F"/>
        </w:tc>
      </w:tr>
      <w:tr w:rsidR="003B6485" w:rsidRPr="003F6D1F" w:rsidTr="00E55B86">
        <w:trPr>
          <w:cantSplit/>
          <w:jc w:val="center"/>
        </w:trPr>
        <w:tc>
          <w:tcPr>
            <w:tcW w:w="2363" w:type="dxa"/>
            <w:tcMar>
              <w:top w:w="105" w:type="dxa"/>
              <w:left w:w="0" w:type="dxa"/>
              <w:bottom w:w="65" w:type="dxa"/>
              <w:right w:w="190" w:type="dxa"/>
            </w:tcMar>
          </w:tcPr>
          <w:p w:rsidR="003B6485" w:rsidRPr="00E55B86" w:rsidRDefault="00CD2FFC">
            <w:pPr>
              <w:rPr>
                <w:rFonts w:ascii="Georgia" w:eastAsia="Inter" w:hAnsi="Georgia"/>
                <w:b/>
                <w:color w:val="051A17"/>
              </w:rPr>
            </w:pPr>
            <w:r w:rsidRPr="00E55B86">
              <w:rPr>
                <w:rFonts w:ascii="Georgia" w:eastAsia="Inter" w:hAnsi="Georgia"/>
                <w:b/>
                <w:color w:val="051A17"/>
              </w:rPr>
              <w:t>PAPILDOMAI</w:t>
            </w:r>
          </w:p>
          <w:p w:rsidR="007D7C54" w:rsidRPr="003F6D1F" w:rsidRDefault="007D7C54">
            <w:pPr>
              <w:rPr>
                <w:rFonts w:ascii="Georgia" w:hAnsi="Georgia"/>
                <w:sz w:val="22"/>
                <w:szCs w:val="22"/>
              </w:rPr>
            </w:pPr>
          </w:p>
          <w:p w:rsidR="007D7C54" w:rsidRPr="003F6D1F" w:rsidRDefault="007D7C54">
            <w:pPr>
              <w:rPr>
                <w:rFonts w:ascii="Georgia" w:hAnsi="Georgia"/>
                <w:sz w:val="22"/>
                <w:szCs w:val="22"/>
              </w:rPr>
            </w:pPr>
          </w:p>
          <w:p w:rsidR="007D7C54" w:rsidRPr="003F6D1F" w:rsidRDefault="007D7C54">
            <w:pPr>
              <w:rPr>
                <w:rFonts w:ascii="Georgia" w:hAnsi="Georgia"/>
                <w:sz w:val="22"/>
                <w:szCs w:val="22"/>
              </w:rPr>
            </w:pPr>
          </w:p>
          <w:p w:rsidR="007D7C54" w:rsidRPr="003F6D1F" w:rsidRDefault="007D7C54">
            <w:pPr>
              <w:rPr>
                <w:rFonts w:ascii="Georgia" w:hAnsi="Georgia"/>
                <w:sz w:val="22"/>
                <w:szCs w:val="22"/>
              </w:rPr>
            </w:pPr>
          </w:p>
          <w:p w:rsidR="007D7C54" w:rsidRPr="003F6D1F" w:rsidRDefault="007D7C54">
            <w:pPr>
              <w:rPr>
                <w:rFonts w:ascii="Georgia" w:eastAsia="Inter" w:hAnsi="Georgia"/>
                <w:b/>
                <w:color w:val="051A17"/>
                <w:sz w:val="22"/>
                <w:szCs w:val="22"/>
              </w:rPr>
            </w:pPr>
          </w:p>
          <w:p w:rsidR="007D7C54" w:rsidRPr="00E55B86" w:rsidRDefault="007D7C54">
            <w:pPr>
              <w:rPr>
                <w:rFonts w:ascii="Georgia" w:hAnsi="Georgia"/>
              </w:rPr>
            </w:pPr>
            <w:r w:rsidRPr="00E55B86">
              <w:rPr>
                <w:rFonts w:ascii="Georgia" w:eastAsia="Inter" w:hAnsi="Georgia"/>
                <w:b/>
                <w:color w:val="051A17"/>
              </w:rPr>
              <w:t>POMĖGIAI</w:t>
            </w:r>
          </w:p>
        </w:tc>
        <w:tc>
          <w:tcPr>
            <w:tcW w:w="8361" w:type="dxa"/>
            <w:tcMar>
              <w:top w:w="105" w:type="dxa"/>
              <w:left w:w="0" w:type="dxa"/>
              <w:bottom w:w="65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6"/>
              <w:gridCol w:w="4266"/>
            </w:tblGrid>
            <w:tr w:rsidR="003B6485" w:rsidRPr="003F6D1F">
              <w:tc>
                <w:tcPr>
                  <w:tcW w:w="4266" w:type="dxa"/>
                  <w:tcMar>
                    <w:top w:w="10" w:type="dxa"/>
                    <w:left w:w="0" w:type="dxa"/>
                    <w:bottom w:w="15" w:type="dxa"/>
                    <w:right w:w="200" w:type="dxa"/>
                  </w:tcMar>
                </w:tcPr>
                <w:p w:rsidR="003B6485" w:rsidRPr="003F6D1F" w:rsidRDefault="00CD2FFC">
                  <w:pPr>
                    <w:keepNext/>
                    <w:spacing w:after="40"/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>KALBOS</w:t>
                  </w:r>
                </w:p>
                <w:p w:rsidR="003B6485" w:rsidRPr="003F6D1F" w:rsidRDefault="00CD2FFC">
                  <w:pPr>
                    <w:spacing w:after="24"/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Lietuvių - gimtoji</w:t>
                  </w:r>
                </w:p>
                <w:p w:rsidR="003B6485" w:rsidRPr="003F6D1F" w:rsidRDefault="00CD2FFC">
                  <w:pPr>
                    <w:spacing w:after="24"/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 xml:space="preserve">Anglų - </w:t>
                  </w:r>
                  <w:r w:rsidR="00FC2E8F"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B</w:t>
                  </w: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2</w:t>
                  </w:r>
                  <w:r w:rsidR="00FC2E8F"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 xml:space="preserve"> (gerai)</w:t>
                  </w:r>
                </w:p>
                <w:p w:rsidR="003B6485" w:rsidRPr="003F6D1F" w:rsidRDefault="003C38C7">
                  <w:pPr>
                    <w:spacing w:after="24"/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hAnsi="Georgia"/>
                      <w:noProof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>
                            <wp:simplePos x="0" y="0"/>
                            <wp:positionH relativeFrom="column">
                              <wp:posOffset>19473</wp:posOffset>
                            </wp:positionH>
                            <wp:positionV relativeFrom="paragraph">
                              <wp:posOffset>436033</wp:posOffset>
                            </wp:positionV>
                            <wp:extent cx="5317067" cy="0"/>
                            <wp:effectExtent l="0" t="0" r="17145" b="12700"/>
                            <wp:wrapNone/>
                            <wp:docPr id="1" name="Straight Connector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317067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rgbClr val="A88C5B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6"/>
                                    </a:lnRef>
                                    <a:fillRef idx="0">
                                      <a:schemeClr val="accent6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line w14:anchorId="76C752EE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5pt,34.35pt" to="420.2pt,34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" strokecolor="#a88c5b"/>
                        </w:pict>
                      </mc:Fallback>
                    </mc:AlternateContent>
                  </w:r>
                  <w:r w:rsidR="00CD2FFC"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Kita kalba - lygis</w:t>
                  </w:r>
                </w:p>
              </w:tc>
              <w:tc>
                <w:tcPr>
                  <w:tcW w:w="4266" w:type="dxa"/>
                  <w:tcMar>
                    <w:top w:w="10" w:type="dxa"/>
                    <w:left w:w="0" w:type="dxa"/>
                    <w:bottom w:w="15" w:type="dxa"/>
                    <w:right w:w="0" w:type="dxa"/>
                  </w:tcMar>
                </w:tcPr>
                <w:p w:rsidR="003B6485" w:rsidRPr="003F6D1F" w:rsidRDefault="00CD2FFC">
                  <w:pPr>
                    <w:keepNext/>
                    <w:spacing w:after="40"/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b/>
                      <w:color w:val="A88C5B"/>
                      <w:sz w:val="22"/>
                      <w:szCs w:val="22"/>
                    </w:rPr>
                    <w:t>KURSAI IR PAŽYMĖJIMAI</w:t>
                  </w:r>
                </w:p>
                <w:p w:rsidR="003B6485" w:rsidRPr="003F6D1F" w:rsidRDefault="00FC2E8F">
                  <w:pPr>
                    <w:spacing w:after="24"/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(</w:t>
                  </w:r>
                  <w:r w:rsidR="00CD2FFC"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Kurs</w:t>
                  </w: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  <w:lang w:val="lt-LT"/>
                    </w:rPr>
                    <w:t>ų/</w:t>
                  </w:r>
                  <w:r w:rsidR="00CD2FFC"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pažymėjimo pavadinimas</w:t>
                  </w: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, data)</w:t>
                  </w:r>
                  <w:r w:rsidR="00CD2FFC"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 xml:space="preserve"> </w:t>
                  </w:r>
                </w:p>
                <w:p w:rsidR="00FC2E8F" w:rsidRPr="003F6D1F" w:rsidRDefault="00FC2E8F">
                  <w:pPr>
                    <w:spacing w:after="24"/>
                    <w:rPr>
                      <w:rFonts w:ascii="Georgia" w:hAnsi="Georgia"/>
                      <w:sz w:val="22"/>
                      <w:szCs w:val="22"/>
                    </w:rPr>
                  </w:pPr>
                </w:p>
                <w:p w:rsidR="003B6485" w:rsidRPr="003F6D1F" w:rsidRDefault="00FC2E8F">
                  <w:pPr>
                    <w:spacing w:after="24"/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</w:pPr>
                  <w:r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 xml:space="preserve">(Vairuotojo </w:t>
                  </w:r>
                  <w:r w:rsidR="00D90C74" w:rsidRPr="003F6D1F">
                    <w:rPr>
                      <w:rFonts w:ascii="Georgia" w:eastAsia="Inter" w:hAnsi="Georgia"/>
                      <w:color w:val="202624"/>
                      <w:sz w:val="22"/>
                      <w:szCs w:val="22"/>
                    </w:rPr>
                    <w:t>pažymėjimas, kategorijos</w:t>
                  </w:r>
                </w:p>
                <w:p w:rsidR="00D90C74" w:rsidRPr="003F6D1F" w:rsidRDefault="00D90C74">
                  <w:pPr>
                    <w:spacing w:after="24"/>
                    <w:rPr>
                      <w:rFonts w:ascii="Georgia" w:hAnsi="Georgia"/>
                      <w:sz w:val="22"/>
                      <w:szCs w:val="22"/>
                    </w:rPr>
                  </w:pPr>
                  <w:r w:rsidRPr="003F6D1F">
                    <w:rPr>
                      <w:rFonts w:ascii="Georgia" w:hAnsi="Georgia"/>
                      <w:sz w:val="22"/>
                      <w:szCs w:val="22"/>
                    </w:rPr>
                    <w:t>B, C, E)</w:t>
                  </w:r>
                </w:p>
                <w:p w:rsidR="007D7C54" w:rsidRPr="003F6D1F" w:rsidRDefault="007D7C54">
                  <w:pPr>
                    <w:spacing w:after="24"/>
                    <w:rPr>
                      <w:rFonts w:ascii="Georgia" w:hAnsi="Georgia"/>
                      <w:sz w:val="22"/>
                      <w:szCs w:val="22"/>
                    </w:rPr>
                  </w:pPr>
                </w:p>
              </w:tc>
            </w:tr>
          </w:tbl>
          <w:p w:rsidR="003C38C7" w:rsidRPr="003F6D1F" w:rsidRDefault="007D7C54">
            <w:pPr>
              <w:rPr>
                <w:rFonts w:ascii="Georgia" w:hAnsi="Georgia"/>
                <w:sz w:val="22"/>
                <w:szCs w:val="22"/>
                <w:lang w:val="lt-LT"/>
              </w:rPr>
            </w:pPr>
            <w:r w:rsidRPr="003F6D1F">
              <w:rPr>
                <w:rFonts w:ascii="Georgia" w:hAnsi="Georgia"/>
                <w:sz w:val="22"/>
                <w:szCs w:val="22"/>
              </w:rPr>
              <w:t>Pvz.: Žygiai pėsčiomis, medžio darbai, savanorystė, fotografija, mokslinė literatūra.</w:t>
            </w:r>
          </w:p>
        </w:tc>
      </w:tr>
    </w:tbl>
    <w:p w:rsidR="00AE4072" w:rsidRPr="003F6D1F" w:rsidRDefault="00AE4072" w:rsidP="00AE4072">
      <w:pPr>
        <w:rPr>
          <w:rFonts w:ascii="Georgia" w:hAnsi="Georgia"/>
          <w:sz w:val="22"/>
          <w:szCs w:val="22"/>
        </w:rPr>
      </w:pPr>
    </w:p>
    <w:p w:rsidR="00AE4072" w:rsidRPr="003F6D1F" w:rsidRDefault="00AE4072" w:rsidP="00AE4072">
      <w:pPr>
        <w:rPr>
          <w:rFonts w:ascii="Georgia" w:hAnsi="Georgia"/>
          <w:sz w:val="22"/>
          <w:szCs w:val="22"/>
        </w:rPr>
      </w:pPr>
    </w:p>
    <w:p w:rsidR="00AE4072" w:rsidRPr="003F6D1F" w:rsidRDefault="00AE4072" w:rsidP="00AE4072">
      <w:pPr>
        <w:rPr>
          <w:rFonts w:ascii="Georgia" w:hAnsi="Georgia"/>
          <w:sz w:val="22"/>
          <w:szCs w:val="22"/>
        </w:rPr>
      </w:pPr>
    </w:p>
    <w:p w:rsidR="008915EF" w:rsidRPr="003F6D1F" w:rsidRDefault="008915EF" w:rsidP="00AE4072">
      <w:pPr>
        <w:jc w:val="right"/>
        <w:rPr>
          <w:rStyle w:val="Strong"/>
          <w:rFonts w:ascii="Georgia" w:hAnsi="Georgia" w:cs="Segoe UI Symbol"/>
          <w:b w:val="0"/>
          <w:color w:val="808080" w:themeColor="background1" w:themeShade="80"/>
          <w:sz w:val="22"/>
          <w:szCs w:val="22"/>
          <w:lang w:val="fr-FR"/>
        </w:rPr>
      </w:pPr>
    </w:p>
    <w:p w:rsidR="008915EF" w:rsidRPr="003F6D1F" w:rsidRDefault="008915EF" w:rsidP="00AE4072">
      <w:pPr>
        <w:jc w:val="right"/>
        <w:rPr>
          <w:rStyle w:val="Strong"/>
          <w:rFonts w:ascii="Georgia" w:hAnsi="Georgia" w:cs="Segoe UI Symbol"/>
          <w:b w:val="0"/>
          <w:color w:val="808080" w:themeColor="background1" w:themeShade="80"/>
          <w:sz w:val="22"/>
          <w:szCs w:val="22"/>
          <w:lang w:val="fr-FR"/>
        </w:rPr>
      </w:pPr>
    </w:p>
    <w:sectPr w:rsidR="008915EF" w:rsidRPr="003F6D1F" w:rsidSect="00E55B86">
      <w:footerReference w:type="default" r:id="rId8"/>
      <w:pgSz w:w="11906" w:h="16838"/>
      <w:pgMar w:top="357" w:right="709" w:bottom="816" w:left="709" w:header="170" w:footer="1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F8" w:rsidRDefault="00F107F8">
      <w:r>
        <w:separator/>
      </w:r>
    </w:p>
  </w:endnote>
  <w:endnote w:type="continuationSeparator" w:id="0">
    <w:p w:rsidR="00F107F8" w:rsidRDefault="00F10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morant Garamond">
    <w:altName w:val="Cambria"/>
    <w:panose1 w:val="020B0604020202020204"/>
    <w:charset w:val="00"/>
    <w:family w:val="roman"/>
    <w:notTrueType/>
    <w:pitch w:val="default"/>
  </w:font>
  <w:font w:name="Inter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B86" w:rsidRPr="00E55B86" w:rsidRDefault="00E55B86" w:rsidP="00E55B86">
    <w:pPr>
      <w:jc w:val="right"/>
      <w:rPr>
        <w:rFonts w:ascii="Georgia" w:hAnsi="Georgia"/>
        <w:b/>
        <w:color w:val="808080" w:themeColor="background1" w:themeShade="80"/>
        <w:sz w:val="13"/>
        <w:szCs w:val="13"/>
        <w:lang w:val="fr-FR"/>
      </w:rPr>
    </w:pPr>
    <w:r w:rsidRPr="00E55B86">
      <w:rPr>
        <w:rStyle w:val="Strong"/>
        <w:rFonts w:ascii="Segoe UI Symbol" w:hAnsi="Segoe UI Symbol" w:cs="Segoe UI Symbol"/>
        <w:b w:val="0"/>
        <w:color w:val="808080" w:themeColor="background1" w:themeShade="80"/>
        <w:sz w:val="13"/>
        <w:szCs w:val="13"/>
        <w:lang w:val="fr-FR"/>
      </w:rPr>
      <w:t>◈</w:t>
    </w:r>
    <w:r w:rsidRPr="00E55B86">
      <w:rPr>
        <w:rStyle w:val="Strong"/>
        <w:rFonts w:ascii="Georgia" w:hAnsi="Georgia"/>
        <w:b w:val="0"/>
        <w:color w:val="808080" w:themeColor="background1" w:themeShade="80"/>
        <w:sz w:val="13"/>
        <w:szCs w:val="13"/>
        <w:lang w:val="fr-FR"/>
      </w:rPr>
      <w:t xml:space="preserve"> CV pildymo pavyzd</w:t>
    </w:r>
    <w:r w:rsidRPr="00E55B86">
      <w:rPr>
        <w:rStyle w:val="Strong"/>
        <w:rFonts w:ascii="Georgia" w:hAnsi="Georgia"/>
        <w:b w:val="0"/>
        <w:color w:val="808080" w:themeColor="background1" w:themeShade="80"/>
        <w:sz w:val="13"/>
        <w:szCs w:val="13"/>
        <w:lang w:val="lt-LT"/>
      </w:rPr>
      <w:t>į</w:t>
    </w:r>
    <w:r w:rsidRPr="00E55B86">
      <w:rPr>
        <w:rStyle w:val="Strong"/>
        <w:rFonts w:ascii="Georgia" w:hAnsi="Georgia"/>
        <w:b w:val="0"/>
        <w:color w:val="808080" w:themeColor="background1" w:themeShade="80"/>
        <w:sz w:val="13"/>
        <w:szCs w:val="13"/>
        <w:lang w:val="fr-FR"/>
      </w:rPr>
      <w:t xml:space="preserve"> parengė </w:t>
    </w:r>
    <w:r w:rsidRPr="00E55B86">
      <w:rPr>
        <w:rStyle w:val="Strong"/>
        <w:rFonts w:ascii="Georgia" w:hAnsi="Georgia"/>
        <w:b w:val="0"/>
        <w:color w:val="808080" w:themeColor="background1" w:themeShade="80"/>
        <w:sz w:val="13"/>
        <w:szCs w:val="13"/>
        <w:lang w:val="lt-LT"/>
      </w:rPr>
      <w:t>„</w:t>
    </w:r>
    <w:r w:rsidRPr="00E55B86">
      <w:rPr>
        <w:rStyle w:val="Strong"/>
        <w:rFonts w:ascii="Georgia" w:hAnsi="Georgia"/>
        <w:b w:val="0"/>
        <w:color w:val="808080" w:themeColor="background1" w:themeShade="80"/>
        <w:sz w:val="13"/>
        <w:szCs w:val="13"/>
        <w:lang w:val="fr-FR"/>
      </w:rPr>
      <w:t>Audros B. personalo atrankos”</w:t>
    </w:r>
    <w:r w:rsidRPr="00E55B86">
      <w:rPr>
        <w:rFonts w:ascii="Georgia" w:hAnsi="Georgia"/>
        <w:b/>
        <w:color w:val="808080" w:themeColor="background1" w:themeShade="80"/>
        <w:sz w:val="13"/>
        <w:szCs w:val="13"/>
        <w:lang w:val="fr-FR"/>
      </w:rPr>
      <w:br/>
    </w:r>
    <w:r w:rsidRPr="00E55B86">
      <w:rPr>
        <w:rStyle w:val="Strong"/>
        <w:rFonts w:ascii="Georgia" w:hAnsi="Georgia"/>
        <w:b w:val="0"/>
        <w:color w:val="808080" w:themeColor="background1" w:themeShade="80"/>
        <w:sz w:val="13"/>
        <w:szCs w:val="13"/>
        <w:lang w:val="fr-FR"/>
      </w:rPr>
      <w:t>www.ABpersonaloAtrankos.lt</w:t>
    </w:r>
  </w:p>
  <w:p w:rsidR="003B6485" w:rsidRDefault="003B6485">
    <w:pPr>
      <w:pStyle w:val="Footer"/>
      <w:rPr>
        <w:sz w:val="2"/>
        <w:szCs w:val="2"/>
      </w:rPr>
    </w:pPr>
  </w:p>
  <w:p w:rsidR="00E55B86" w:rsidRPr="00AE4072" w:rsidRDefault="00E55B86">
    <w:pPr>
      <w:pStyle w:val="Footer"/>
      <w:rPr>
        <w:sz w:val="2"/>
        <w:szCs w:val="2"/>
      </w:rPr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488"/>
    </w:tblGrid>
    <w:tr w:rsidR="003B6485">
      <w:trPr>
        <w:jc w:val="center"/>
      </w:trPr>
      <w:tc>
        <w:tcPr>
          <w:tcW w:w="10488" w:type="dxa"/>
          <w:tcBorders>
            <w:top w:val="single" w:sz="18" w:space="0" w:color="A88C5B"/>
          </w:tcBorders>
          <w:shd w:val="clear" w:color="auto" w:fill="051A17"/>
          <w:tcMar>
            <w:top w:w="115" w:type="dxa"/>
            <w:left w:w="0" w:type="dxa"/>
            <w:bottom w:w="115" w:type="dxa"/>
            <w:right w:w="0" w:type="dxa"/>
          </w:tcMar>
        </w:tcPr>
        <w:p w:rsidR="003B6485" w:rsidRDefault="003B6485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F8" w:rsidRDefault="00F107F8">
      <w:r>
        <w:separator/>
      </w:r>
    </w:p>
  </w:footnote>
  <w:footnote w:type="continuationSeparator" w:id="0">
    <w:p w:rsidR="00F107F8" w:rsidRDefault="00F10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176E"/>
    <w:rsid w:val="0029639D"/>
    <w:rsid w:val="002C47E1"/>
    <w:rsid w:val="00326F90"/>
    <w:rsid w:val="003B6485"/>
    <w:rsid w:val="003C38C7"/>
    <w:rsid w:val="003F6D1F"/>
    <w:rsid w:val="007D7C54"/>
    <w:rsid w:val="008915EF"/>
    <w:rsid w:val="008B1F17"/>
    <w:rsid w:val="00AA1D8D"/>
    <w:rsid w:val="00AE4072"/>
    <w:rsid w:val="00B47730"/>
    <w:rsid w:val="00CB0664"/>
    <w:rsid w:val="00CC75F5"/>
    <w:rsid w:val="00CD2FFC"/>
    <w:rsid w:val="00D45585"/>
    <w:rsid w:val="00D90C74"/>
    <w:rsid w:val="00E55B86"/>
    <w:rsid w:val="00EF036F"/>
    <w:rsid w:val="00F107F8"/>
    <w:rsid w:val="00FC2E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52FD49"/>
  <w14:defaultImageDpi w14:val="300"/>
  <w15:docId w15:val="{A80B38BA-CBBB-4846-8DA4-885532625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color w:val="051A1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6BF5B4-6F47-2442-B2E8-558F1B168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šablonas</vt:lpstr>
    </vt:vector>
  </TitlesOfParts>
  <Manager/>
  <Company/>
  <LinksUpToDate>false</LinksUpToDate>
  <CharactersWithSpaces>1638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šablonas</dc:title>
  <dc:subject>Vieno puslapio redaguojamas CV šablonas</dc:subject>
  <dc:creator>MB Audros B. personalo atrankos</dc:creator>
  <cp:keywords>CV, gyvenimo aprašymas, darbo paieška</cp:keywords>
  <dc:description>generated by python-docx</dc:description>
  <cp:lastModifiedBy>Microsoft Office User</cp:lastModifiedBy>
  <cp:revision>3</cp:revision>
  <cp:lastPrinted>2026-09-16T21:37:00Z</cp:lastPrinted>
  <dcterms:created xsi:type="dcterms:W3CDTF">2026-09-16T21:46:00Z</dcterms:created>
  <dcterms:modified xsi:type="dcterms:W3CDTF">2026-09-18T18:56:00Z</dcterms:modified>
  <cp:category/>
</cp:coreProperties>
</file>